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commentRangeStart w:id="0"/>
      <w:r>
        <w:rPr>
          <w:b/>
          <w:sz w:val="28"/>
        </w:rPr>
        <w:t>개인정보 유출 가능성 조사 결과 안내</w:t>
      </w:r>
      <w:commentRangeEnd w:id="0"/>
      <w:r>
        <w:rPr>
          <w:rStyle w:val="CommentReference"/>
        </w:rPr>
        <w:commentReference w:id="0"/>
      </w:r>
    </w:p>
    <w:p>
      <w:pPr>
        <w:spacing w:after="160"/>
        <w:jc w:val="both"/>
      </w:pPr>
      <w:commentRangeStart w:id="1"/>
      <w:r>
        <w:rPr>
          <w:b/>
          <w:highlight w:val="yellow"/>
        </w:rPr>
        <w:t>○○○</w:t>
      </w:r>
      <w:commentRangeEnd w:id="1"/>
      <w:r>
        <w:rPr>
          <w:rStyle w:val="CommentReference"/>
        </w:rPr>
        <w:commentReference w:id="1"/>
      </w:r>
      <w:r>
        <w:rPr>
          <w:b/>
        </w:rPr>
        <w:t xml:space="preserve"> 고객님께</w:t>
      </w:r>
    </w:p>
    <w:p>
      <w:pPr>
        <w:jc w:val="both"/>
      </w:pPr>
      <w:r>
        <w:rPr>
          <w:b w:val="0"/>
          <w:highlight w:val="yellow"/>
        </w:rPr>
        <w:t>○○○ 주식회사</w:t>
      </w:r>
      <w:r>
        <w:rPr>
          <w:b w:val="0"/>
        </w:rPr>
        <w:t xml:space="preserve">(이하 "회사")는 </w:t>
      </w:r>
      <w:r>
        <w:rPr>
          <w:b w:val="0"/>
          <w:highlight w:val="yellow"/>
        </w:rPr>
        <w:t>○○○○년 ○○월 ○○일</w:t>
      </w:r>
      <w:r>
        <w:rPr>
          <w:b w:val="0"/>
        </w:rPr>
        <w:t xml:space="preserve"> 고객님께 개인정보 유출 가능성을 알려 드린 바 있습니다. 그 뒤 조사를 마쳐 결과를 아래와 같이 알려 드립니다.</w:t>
      </w:r>
    </w:p>
    <w:p>
      <w:pPr>
        <w:spacing w:before="160" w:after="60"/>
        <w:jc w:val="both"/>
      </w:pPr>
      <w:r>
        <w:rPr>
          <w:b/>
        </w:rPr>
        <w:t>1. 조사 결과</w:t>
      </w:r>
    </w:p>
    <w:p>
      <w:pPr>
        <w:ind w:left="227"/>
        <w:jc w:val="both"/>
      </w:pPr>
      <w:r>
        <w:rPr>
          <w:b w:val="0"/>
        </w:rPr>
        <w:t>조사 결과, 고객님의 개인정보는 외부로 유출되지 않은 것으로 확인되었습니다.</w:t>
      </w:r>
    </w:p>
    <w:p>
      <w:pPr>
        <w:spacing w:before="160" w:after="60"/>
        <w:jc w:val="both"/>
      </w:pPr>
      <w:r>
        <w:rPr>
          <w:b/>
        </w:rPr>
        <w:t>2. 조사 내용</w:t>
      </w:r>
    </w:p>
    <w:p>
      <w:pPr>
        <w:spacing w:after="20"/>
        <w:ind w:left="227"/>
        <w:jc w:val="both"/>
      </w:pPr>
      <w:r>
        <w:rPr>
          <w:b w:val="0"/>
        </w:rPr>
        <w:t xml:space="preserve">□ 조사 기간 : </w:t>
      </w:r>
      <w:r>
        <w:rPr>
          <w:b w:val="0"/>
          <w:highlight w:val="yellow"/>
        </w:rPr>
        <w:t>○○○○년 ○○월 ○○일 ~ ○○○○년 ○○월 ○○일</w:t>
      </w:r>
    </w:p>
    <w:p>
      <w:pPr>
        <w:spacing w:after="20"/>
        <w:ind w:left="227"/>
        <w:jc w:val="both"/>
      </w:pPr>
      <w:r>
        <w:rPr>
          <w:b w:val="0"/>
        </w:rPr>
        <w:t xml:space="preserve">□ 조사 대상 : </w:t>
      </w:r>
      <w:r>
        <w:rPr>
          <w:b w:val="0"/>
          <w:highlight w:val="yellow"/>
        </w:rPr>
        <w:t>접속 기록, 데이터 전송 기록 등</w:t>
      </w:r>
    </w:p>
    <w:p>
      <w:pPr>
        <w:spacing w:after="20"/>
        <w:ind w:left="227"/>
        <w:jc w:val="both"/>
      </w:pPr>
      <w:r>
        <w:rPr>
          <w:b w:val="0"/>
        </w:rPr>
        <w:t xml:space="preserve">□ 조사 주체 : </w:t>
      </w:r>
      <w:r>
        <w:rPr>
          <w:b w:val="0"/>
          <w:highlight w:val="yellow"/>
        </w:rPr>
        <w:t>회사 자체 조사 / 외부 전문기관(○○○)과 공동 조사</w:t>
      </w:r>
    </w:p>
    <w:p>
      <w:pPr>
        <w:spacing w:before="160" w:after="60"/>
        <w:jc w:val="both"/>
      </w:pPr>
      <w:commentRangeStart w:id="2"/>
      <w:r>
        <w:rPr>
          <w:b/>
        </w:rPr>
        <w:t>3. 계속 권해 드리는 조치</w:t>
      </w:r>
      <w:commentRangeEnd w:id="2"/>
      <w:r>
        <w:rPr>
          <w:rStyle w:val="CommentReference"/>
        </w:rPr>
        <w:commentReference w:id="2"/>
      </w:r>
    </w:p>
    <w:p>
      <w:pPr>
        <w:ind w:left="227"/>
        <w:jc w:val="both"/>
      </w:pPr>
      <w:r>
        <w:rPr>
          <w:b w:val="0"/>
          <w:highlight w:val="yellow"/>
        </w:rPr>
        <w:t>○○○</w:t>
      </w:r>
    </w:p>
    <w:p>
      <w:pPr>
        <w:spacing w:before="160" w:after="60"/>
        <w:jc w:val="both"/>
      </w:pPr>
      <w:r>
        <w:rPr>
          <w:b/>
        </w:rPr>
        <w:t>4. 문의 창구</w:t>
      </w:r>
    </w:p>
    <w:p>
      <w:pPr>
        <w:spacing w:after="20"/>
        <w:ind w:left="227"/>
        <w:jc w:val="both"/>
      </w:pPr>
      <w:r>
        <w:rPr>
          <w:b w:val="0"/>
        </w:rPr>
        <w:t xml:space="preserve">□ 담 당 부 서 : </w:t>
      </w:r>
      <w:r>
        <w:rPr>
          <w:b w:val="0"/>
          <w:highlight w:val="yellow"/>
        </w:rPr>
        <w:t>○○○팀</w:t>
      </w:r>
    </w:p>
    <w:p>
      <w:pPr>
        <w:spacing w:after="20"/>
        <w:ind w:left="227"/>
        <w:jc w:val="both"/>
      </w:pPr>
      <w:r>
        <w:rPr>
          <w:b w:val="0"/>
        </w:rPr>
        <w:t xml:space="preserve">□ 전 화 번 호 : </w:t>
      </w:r>
      <w:r>
        <w:rPr>
          <w:b w:val="0"/>
          <w:highlight w:val="yellow"/>
        </w:rPr>
        <w:t>○○-○○○○-○○○○</w:t>
      </w:r>
      <w:r>
        <w:rPr>
          <w:b w:val="0"/>
        </w:rPr>
        <w:t xml:space="preserve"> (운영시간: </w:t>
      </w:r>
      <w:r>
        <w:rPr>
          <w:b w:val="0"/>
          <w:highlight w:val="yellow"/>
        </w:rPr>
        <w:t>평일 ○○:○○~○○:○○</w:t>
      </w:r>
      <w:r>
        <w:rPr>
          <w:b w:val="0"/>
        </w:rPr>
        <w:t>)</w:t>
      </w:r>
    </w:p>
    <w:p>
      <w:pPr>
        <w:spacing w:after="20"/>
        <w:ind w:left="227"/>
        <w:jc w:val="both"/>
      </w:pPr>
      <w:r>
        <w:rPr>
          <w:b w:val="0"/>
        </w:rPr>
        <w:t xml:space="preserve">□ 이  메  일 : </w:t>
      </w:r>
      <w:r>
        <w:rPr>
          <w:b w:val="0"/>
          <w:highlight w:val="yellow"/>
        </w:rPr>
        <w:t>○○○@○○○.co.kr</w:t>
      </w:r>
    </w:p>
    <w:p>
      <w:pPr>
        <w:spacing w:before="200"/>
        <w:jc w:val="both"/>
      </w:pPr>
      <w:r>
        <w:rPr>
          <w:b w:val="0"/>
        </w:rPr>
        <w:t>그동안 걱정을 끼쳐 드려 죄송합니다.</w:t>
      </w:r>
    </w:p>
    <w:p>
      <w:pPr>
        <w:spacing w:before="360" w:after="40"/>
        <w:jc w:val="right"/>
      </w:pPr>
      <w:r>
        <w:rPr>
          <w:b w:val="0"/>
          <w:highlight w:val="yellow"/>
        </w:rPr>
        <w:t>○○○○년 ○○월 ○○일</w:t>
      </w:r>
    </w:p>
    <w:p>
      <w:pPr>
        <w:spacing w:after="40"/>
        <w:jc w:val="right"/>
      </w:pPr>
      <w:r>
        <w:rPr>
          <w:b/>
          <w:highlight w:val="yellow"/>
        </w:rPr>
        <w:t>○○○ 주식회사</w:t>
      </w:r>
    </w:p>
    <w:p>
      <w:pPr>
        <w:jc w:val="right"/>
      </w:pPr>
      <w:r>
        <w:rPr>
          <w:b w:val="0"/>
        </w:rPr>
        <w:t xml:space="preserve">대표이사  </w:t>
      </w:r>
      <w:r>
        <w:rPr>
          <w:b w:val="0"/>
          <w:highlight w:val="yellow"/>
        </w:rPr>
        <w:t>○○○</w:t>
      </w:r>
    </w:p>
    <w:sectPr w:rsidR="00FC693F" w:rsidRPr="0006063C" w:rsidSect="00034616"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이 양식은 datalaw.kr/breach-notice-templates/ 의 일반 양식입니다(기준일 2026. 9. 28., 법률 제21445호·대통령령 제36671호, 2026. 9. 11. 시행 기준). 사안별 검토를 대신하지 않습니다. 노란 부분을 채우고, 보내기 전에 이 메모를 포함한 모든 메모를 지우십시오(검토 → 메모 모두 삭제).</w:t>
      </w:r>
    </w:p>
  </w:comment>
  <w:comment w:id="1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받는 사람: 앞선 유출 가능성 통지(양식 ②)를 받은 정보주체. 근거: 시행령 제39조의3 제3항 — 유출이 아님을 확인하면 즉시 그 사실을 통지해야 합니다. 이 통지에는 법령이 정한 기재사항이 없고, 아래 구성은 권하는 최소 구성입니다.</w:t>
      </w:r>
    </w:p>
  </w:comment>
  <w:comment w:id="2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남은 조치가 없으면 이 항목을 지우고 뒤 번호를 당기십시오.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60" w:lineRule="auto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